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a box for each goal at the end of each lesson.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368"/>
        <w:gridCol w:w="4968"/>
        <w:gridCol w:w="1368"/>
        <w:gridCol w:w="1656"/>
        <w:gridCol w:w="1080"/>
      </w:tblGrid>
      <w:tr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49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what a mayor does and how voters choose one.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the levels of government that take care of us.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who trustees are and what they decide.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4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trustees make decisions and how students can be heard.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One thing I am proud of: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I still wonder about leaders or trustees: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